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0"/>
        <w:ind w:left="0" w:right="0"/>
      </w:pPr>
      <w:r>
        <w:drawing>
          <wp:anchor xmlns:a="http://schemas.openxmlformats.org/drawingml/2006/main" xmlns:pic="http://schemas.openxmlformats.org/drawingml/2006/picture" distT="0" distB="0" distL="0" distR="0" simplePos="0" relativeHeight="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8013"/>
            <wp:wrapNone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013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102"/>
        <w:ind w:left="0" w:right="0"/>
      </w:pPr>
    </w:p>
    <w:p>
      <w:pPr>
        <w:autoSpaceDN w:val="0"/>
        <w:autoSpaceDE w:val="0"/>
        <w:widowControl/>
        <w:spacing w:line="620" w:lineRule="exact" w:before="0" w:after="0"/>
        <w:ind w:left="0" w:right="2942" w:firstLine="0"/>
        <w:jc w:val="right"/>
      </w:pPr>
      <w:r>
        <w:rPr>
          <w:spacing w:val="-10"/>
          <w:rFonts w:ascii="Times New Roman" w:hAnsi="Times New Roman" w:eastAsia="Times New Roman"/>
          <w:b/>
          <w:color w:val="000000"/>
          <w:sz w:val="56"/>
        </w:rPr>
        <w:t xml:space="preserve">Мақала </w:t>
      </w:r>
    </w:p>
    <w:p>
      <w:pPr>
        <w:autoSpaceDN w:val="0"/>
        <w:autoSpaceDE w:val="0"/>
        <w:widowControl/>
        <w:spacing w:line="470" w:lineRule="exact" w:before="1156" w:after="0"/>
        <w:ind w:left="316" w:right="0" w:firstLine="0"/>
        <w:jc w:val="left"/>
      </w:pPr>
      <w:r>
        <w:rPr>
          <w:spacing w:val="-10"/>
          <w:rFonts w:ascii="Times New Roman" w:hAnsi="Times New Roman" w:eastAsia="Times New Roman"/>
          <w:b/>
          <w:color w:val="0E0E0E"/>
          <w:sz w:val="34"/>
        </w:rPr>
        <w:t>Тақырыбы: Менің мамандығым</w:t>
      </w:r>
    </w:p>
    <w:p>
      <w:pPr>
        <w:autoSpaceDN w:val="0"/>
        <w:autoSpaceDE w:val="0"/>
        <w:widowControl/>
        <w:spacing w:line="332" w:lineRule="exact" w:before="3492" w:after="0"/>
        <w:ind w:left="0" w:right="54" w:firstLine="0"/>
        <w:jc w:val="right"/>
      </w:pPr>
      <w:r>
        <w:rPr>
          <w:spacing w:val="-10"/>
          <w:rFonts w:ascii="TimesNewRomanPSMT" w:hAnsi="TimesNewRomanPSMT" w:eastAsia="TimesNewRomanPSMT"/>
          <w:color w:val="000000"/>
          <w:sz w:val="26"/>
        </w:rPr>
        <w:t xml:space="preserve"> Орындаған:</w:t>
      </w:r>
      <w:r>
        <w:rPr>
          <w:spacing w:val="-10"/>
          <w:rFonts w:ascii="Calibri" w:hAnsi="Calibri" w:eastAsia="Calibri"/>
          <w:color w:val="000000"/>
          <w:sz w:val="26"/>
        </w:rPr>
        <w:t xml:space="preserve">Каримжан Мұрагер </w:t>
      </w:r>
    </w:p>
    <w:p>
      <w:pPr>
        <w:autoSpaceDN w:val="0"/>
        <w:autoSpaceDE w:val="0"/>
        <w:widowControl/>
        <w:spacing w:line="334" w:lineRule="exact" w:before="0" w:after="0"/>
        <w:ind w:left="0" w:right="260" w:firstLine="0"/>
        <w:jc w:val="right"/>
      </w:pPr>
      <w:r>
        <w:rPr>
          <w:spacing w:val="-10"/>
          <w:rFonts w:ascii="TimesNewRomanPSMT" w:hAnsi="TimesNewRomanPSMT" w:eastAsia="TimesNewRomanPSMT"/>
          <w:color w:val="000000"/>
          <w:sz w:val="26"/>
        </w:rPr>
        <w:t xml:space="preserve"> Тексерген:</w:t>
      </w:r>
      <w:r>
        <w:rPr>
          <w:spacing w:val="-10"/>
          <w:rFonts w:ascii="Calibri" w:hAnsi="Calibri" w:eastAsia="Calibri"/>
          <w:color w:val="000000"/>
          <w:sz w:val="26"/>
        </w:rPr>
        <w:t>Абдуллаева Айнур</w:t>
      </w:r>
    </w:p>
    <w:p>
      <w:pPr>
        <w:autoSpaceDN w:val="0"/>
        <w:autoSpaceDE w:val="0"/>
        <w:widowControl/>
        <w:spacing w:line="298" w:lineRule="exact" w:before="4496" w:after="0"/>
        <w:ind w:left="0" w:right="3288" w:firstLine="0"/>
        <w:jc w:val="right"/>
      </w:pPr>
      <w:r>
        <w:rPr>
          <w:spacing w:val="-10"/>
          <w:rFonts w:ascii="TimesNewRomanPSMT" w:hAnsi="TimesNewRomanPSMT" w:eastAsia="TimesNewRomanPSMT"/>
          <w:color w:val="000000"/>
          <w:sz w:val="26"/>
        </w:rPr>
        <w:t>Алматы 202</w:t>
      </w:r>
      <w:r>
        <w:rPr>
          <w:spacing w:val="-10"/>
          <w:rFonts w:ascii="Calibri" w:hAnsi="Calibri" w:eastAsia="Calibri"/>
          <w:color w:val="000000"/>
          <w:sz w:val="26"/>
        </w:rPr>
        <w:t xml:space="preserve">5 </w:t>
      </w:r>
    </w:p>
    <w:p>
      <w:pPr>
        <w:sectPr>
          <w:pgSz w:w="11905" w:h="16840"/>
          <w:pgMar w:top="1440" w:right="1440" w:bottom="12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194"/>
        <w:ind w:left="0" w:right="0"/>
      </w:pPr>
    </w:p>
    <w:p>
      <w:pPr>
        <w:autoSpaceDN w:val="0"/>
        <w:autoSpaceDE w:val="0"/>
        <w:widowControl/>
        <w:spacing w:line="332" w:lineRule="exact" w:before="0" w:after="0"/>
        <w:ind w:left="0" w:right="3324" w:firstLine="0"/>
        <w:jc w:val="right"/>
      </w:pPr>
      <w:r>
        <w:rPr>
          <w:spacing w:val="-10"/>
          <w:rFonts w:ascii="Times New Roman" w:hAnsi="Times New Roman" w:eastAsia="Times New Roman"/>
          <w:b/>
          <w:color w:val="000000"/>
          <w:sz w:val="24"/>
        </w:rPr>
        <w:t>wrote: Karimzhan Murager</w:t>
      </w:r>
    </w:p>
    <w:p>
      <w:pPr>
        <w:autoSpaceDN w:val="0"/>
        <w:autoSpaceDE w:val="0"/>
        <w:widowControl/>
        <w:spacing w:line="332" w:lineRule="exact" w:before="224" w:after="0"/>
        <w:ind w:left="0" w:right="2834" w:firstLine="0"/>
        <w:jc w:val="right"/>
      </w:pPr>
      <w:r>
        <w:rPr>
          <w:spacing w:val="-10"/>
          <w:rFonts w:ascii="Times New Roman" w:hAnsi="Times New Roman" w:eastAsia="Times New Roman"/>
          <w:b/>
          <w:color w:val="000000"/>
          <w:sz w:val="24"/>
        </w:rPr>
        <w:t>My Profession: Software Engineering</w:t>
      </w:r>
    </w:p>
    <w:p>
      <w:pPr>
        <w:autoSpaceDN w:val="0"/>
        <w:autoSpaceDE w:val="0"/>
        <w:widowControl/>
        <w:spacing w:line="332" w:lineRule="exact" w:before="228" w:after="0"/>
        <w:ind w:left="0" w:right="4100" w:firstLine="0"/>
        <w:jc w:val="right"/>
      </w:pPr>
      <w:r>
        <w:rPr>
          <w:spacing w:val="-10"/>
          <w:rFonts w:ascii="Times New Roman" w:hAnsi="Times New Roman" w:eastAsia="Times New Roman"/>
          <w:b/>
          <w:color w:val="000000"/>
          <w:sz w:val="24"/>
        </w:rPr>
        <w:t>Introduction</w:t>
      </w:r>
    </w:p>
    <w:p>
      <w:pPr>
        <w:autoSpaceDN w:val="0"/>
        <w:autoSpaceDE w:val="0"/>
        <w:widowControl/>
        <w:spacing w:line="282" w:lineRule="exact" w:before="236" w:after="0"/>
        <w:ind w:left="260" w:right="288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The modern era is characterized by the rapid development of information technology, which is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integrating into all aspects of life. From education and healthcare to industry, business, and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entertainment, digital systems are becoming increasingly important. This transformation has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made software engineering one of the most in-demand and essential fields today. </w:t>
      </w:r>
    </w:p>
    <w:p>
      <w:pPr>
        <w:autoSpaceDN w:val="0"/>
        <w:autoSpaceDE w:val="0"/>
        <w:widowControl/>
        <w:spacing w:line="282" w:lineRule="exact" w:before="256" w:after="0"/>
        <w:ind w:left="260" w:right="432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I chose this profession because it is not only the future but also the present, offering endless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opportunities for growth and innovation. Currently, I am studying Software Engineering at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Almaty Technological University (ATU), where I am gaining fundamental knowledge and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practical skills in this field. </w:t>
      </w:r>
    </w:p>
    <w:p>
      <w:pPr>
        <w:autoSpaceDN w:val="0"/>
        <w:autoSpaceDE w:val="0"/>
        <w:widowControl/>
        <w:spacing w:line="320" w:lineRule="exact" w:before="234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What is Software Engineering? </w:t>
      </w:r>
    </w:p>
    <w:p>
      <w:pPr>
        <w:autoSpaceDN w:val="0"/>
        <w:autoSpaceDE w:val="0"/>
        <w:widowControl/>
        <w:spacing w:line="286" w:lineRule="exact" w:before="252" w:after="0"/>
        <w:ind w:left="260" w:right="288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Software engineering is an engineering discipline focused on the design, development, testing,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and maintenance of software systems. It is not just about writing code – it is about creating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efficient, reliable, accessible, and secure software solutions. </w:t>
      </w:r>
    </w:p>
    <w:p>
      <w:pPr>
        <w:autoSpaceDN w:val="0"/>
        <w:autoSpaceDE w:val="0"/>
        <w:widowControl/>
        <w:spacing w:line="32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This field includes several key areas: </w:t>
      </w:r>
    </w:p>
    <w:p>
      <w:pPr>
        <w:autoSpaceDN w:val="0"/>
        <w:autoSpaceDE w:val="0"/>
        <w:widowControl/>
        <w:spacing w:line="320" w:lineRule="exact" w:before="234" w:after="0"/>
        <w:ind w:left="622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>1.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Programming and Software </w:t>
      </w:r>
    </w:p>
    <w:p>
      <w:pPr>
        <w:autoSpaceDN w:val="0"/>
        <w:autoSpaceDE w:val="0"/>
        <w:widowControl/>
        <w:spacing w:line="320" w:lineRule="exact" w:before="24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Development </w:t>
      </w:r>
    </w:p>
    <w:p>
      <w:pPr>
        <w:autoSpaceDN w:val="0"/>
        <w:autoSpaceDE w:val="0"/>
        <w:widowControl/>
        <w:spacing w:line="298" w:lineRule="exact" w:before="236" w:after="0"/>
        <w:ind w:left="260" w:right="432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Programming is at the core of software engineering. Some of the most popular programming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languages include: </w:t>
      </w:r>
    </w:p>
    <w:p>
      <w:pPr>
        <w:autoSpaceDN w:val="0"/>
        <w:autoSpaceDE w:val="0"/>
        <w:widowControl/>
        <w:spacing w:line="320" w:lineRule="exact" w:before="234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• Python – widely used in data science, artificial intelligence, and web development. </w:t>
      </w:r>
    </w:p>
    <w:p>
      <w:pPr>
        <w:autoSpaceDN w:val="0"/>
        <w:autoSpaceDE w:val="0"/>
        <w:widowControl/>
        <w:spacing w:line="32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• Java – commonly used for mobile applications (especially Android) and enterprise software. </w:t>
      </w:r>
    </w:p>
    <w:p>
      <w:pPr>
        <w:autoSpaceDN w:val="0"/>
        <w:autoSpaceDE w:val="0"/>
        <w:widowControl/>
        <w:spacing w:line="320" w:lineRule="exact" w:before="234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• C++ – popular in game development, system programming, and high-performance applications. </w:t>
      </w:r>
    </w:p>
    <w:p>
      <w:pPr>
        <w:autoSpaceDN w:val="0"/>
        <w:autoSpaceDE w:val="0"/>
        <w:widowControl/>
        <w:spacing w:line="320" w:lineRule="exact" w:before="24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• JavaScript – essential for web development. </w:t>
      </w:r>
    </w:p>
    <w:p>
      <w:pPr>
        <w:autoSpaceDN w:val="0"/>
        <w:autoSpaceDE w:val="0"/>
        <w:widowControl/>
        <w:spacing w:line="32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2. System and Software Architecture Design </w:t>
      </w:r>
    </w:p>
    <w:p>
      <w:pPr>
        <w:autoSpaceDN w:val="0"/>
        <w:autoSpaceDE w:val="0"/>
        <w:widowControl/>
        <w:spacing w:line="286" w:lineRule="exact" w:before="248" w:after="0"/>
        <w:ind w:left="260" w:right="144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Properly designing the structure of a software system is crucial for ensuring usability, stability,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and efficiency. Software architects plan how different components of a system interact to meet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user requirements. </w:t>
      </w:r>
    </w:p>
    <w:p>
      <w:pPr>
        <w:autoSpaceDN w:val="0"/>
        <w:autoSpaceDE w:val="0"/>
        <w:widowControl/>
        <w:spacing w:line="320" w:lineRule="exact" w:before="24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3. Testing and Quality Assurance </w:t>
      </w:r>
    </w:p>
    <w:p>
      <w:pPr>
        <w:autoSpaceDN w:val="0"/>
        <w:autoSpaceDE w:val="0"/>
        <w:widowControl/>
        <w:spacing w:line="298" w:lineRule="exact" w:before="234" w:after="0"/>
        <w:ind w:left="260" w:right="288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Before software is deployed, it must be tested to ensure it is free from bugs and performs well.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Testing methods include: </w:t>
      </w:r>
    </w:p>
    <w:p>
      <w:pPr>
        <w:autoSpaceDN w:val="0"/>
        <w:autoSpaceDE w:val="0"/>
        <w:widowControl/>
        <w:spacing w:line="320" w:lineRule="exact" w:before="200" w:after="0"/>
        <w:ind w:left="0" w:right="4638" w:firstLine="0"/>
        <w:jc w:val="righ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2 </w:t>
      </w:r>
    </w:p>
    <w:p>
      <w:pPr>
        <w:sectPr>
          <w:pgSz w:w="11905" w:h="16840"/>
          <w:pgMar w:top="856" w:right="770" w:bottom="96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114"/>
        <w:ind w:left="0" w:right="0"/>
      </w:pPr>
    </w:p>
    <w:p>
      <w:pPr>
        <w:autoSpaceDN w:val="0"/>
        <w:autoSpaceDE w:val="0"/>
        <w:widowControl/>
        <w:spacing w:line="320" w:lineRule="exact" w:before="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• Manual testing – testers manually check if the software functions correctly. </w:t>
      </w:r>
    </w:p>
    <w:p>
      <w:pPr>
        <w:autoSpaceDN w:val="0"/>
        <w:autoSpaceDE w:val="0"/>
        <w:widowControl/>
        <w:spacing w:line="322" w:lineRule="exact" w:before="234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• Automated testing – specialized programs are used to run automated tests for efficiency. </w:t>
      </w:r>
    </w:p>
    <w:p>
      <w:pPr>
        <w:autoSpaceDN w:val="0"/>
        <w:autoSpaceDE w:val="0"/>
        <w:widowControl/>
        <w:spacing w:line="320" w:lineRule="exact" w:before="234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4. Cybersecurity and Data Protection </w:t>
      </w:r>
    </w:p>
    <w:p>
      <w:pPr>
        <w:autoSpaceDN w:val="0"/>
        <w:autoSpaceDE w:val="0"/>
        <w:widowControl/>
        <w:spacing w:line="30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Security is a critical aspect of software engineering. Cybersecurity professionals work to protect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sensitive data, prevent cyberattacks, and ensure the overall security of systems. </w:t>
      </w:r>
    </w:p>
    <w:p>
      <w:pPr>
        <w:autoSpaceDN w:val="0"/>
        <w:autoSpaceDE w:val="0"/>
        <w:widowControl/>
        <w:spacing w:line="320" w:lineRule="exact" w:before="234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5. Artificial Intelligence and Machine Learning </w:t>
      </w:r>
    </w:p>
    <w:p>
      <w:pPr>
        <w:autoSpaceDN w:val="0"/>
        <w:autoSpaceDE w:val="0"/>
        <w:widowControl/>
        <w:spacing w:line="286" w:lineRule="exact" w:before="248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Artificial intelligence (AI) is becoming a major part of software engineering. Machine learning,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neural networks, and data analysis are driving the development of smart technologies for the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future. </w:t>
      </w:r>
    </w:p>
    <w:p>
      <w:pPr>
        <w:autoSpaceDN w:val="0"/>
        <w:autoSpaceDE w:val="0"/>
        <w:widowControl/>
        <w:spacing w:line="320" w:lineRule="exact" w:before="24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Advantages of This Profession </w:t>
      </w:r>
    </w:p>
    <w:p>
      <w:pPr>
        <w:autoSpaceDN w:val="0"/>
        <w:autoSpaceDE w:val="0"/>
        <w:widowControl/>
        <w:spacing w:line="32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Software engineering offers numerous benefits: </w:t>
      </w:r>
    </w:p>
    <w:p>
      <w:pPr>
        <w:autoSpaceDN w:val="0"/>
        <w:autoSpaceDE w:val="0"/>
        <w:widowControl/>
        <w:spacing w:line="320" w:lineRule="exact" w:before="234" w:after="0"/>
        <w:ind w:left="622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>1.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High Demand </w:t>
      </w:r>
    </w:p>
    <w:p>
      <w:pPr>
        <w:autoSpaceDN w:val="0"/>
        <w:autoSpaceDE w:val="0"/>
        <w:widowControl/>
        <w:spacing w:line="296" w:lineRule="exact" w:before="238" w:after="0"/>
        <w:ind w:left="144" w:right="288" w:firstLine="0"/>
        <w:jc w:val="center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As technology advances, the demand for software developers and IT specialists is increasing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worldwide. Every industry requires software solutions, making this profession indispensable. </w:t>
      </w:r>
    </w:p>
    <w:p>
      <w:pPr>
        <w:autoSpaceDN w:val="0"/>
        <w:autoSpaceDE w:val="0"/>
        <w:widowControl/>
        <w:spacing w:line="320" w:lineRule="exact" w:before="24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2. High Salary </w:t>
      </w:r>
    </w:p>
    <w:p>
      <w:pPr>
        <w:autoSpaceDN w:val="0"/>
        <w:autoSpaceDE w:val="0"/>
        <w:widowControl/>
        <w:spacing w:line="296" w:lineRule="exact" w:before="238" w:after="0"/>
        <w:ind w:left="260" w:right="288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Software engineers generally earn competitive salaries, with income levels varying based on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experience and expertise. </w:t>
      </w:r>
    </w:p>
    <w:p>
      <w:pPr>
        <w:autoSpaceDN w:val="0"/>
        <w:autoSpaceDE w:val="0"/>
        <w:widowControl/>
        <w:spacing w:line="32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3. Remote Work Opportunities </w:t>
      </w:r>
    </w:p>
    <w:p>
      <w:pPr>
        <w:autoSpaceDN w:val="0"/>
        <w:autoSpaceDE w:val="0"/>
        <w:widowControl/>
        <w:spacing w:line="286" w:lineRule="exact" w:before="250" w:after="0"/>
        <w:ind w:left="260" w:right="432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One of the biggest advantages of this profession is the ability to work remotely. Many IT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companies allow employees to work from anywhere in the world, providing flexibility and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convenience. </w:t>
      </w:r>
    </w:p>
    <w:p>
      <w:pPr>
        <w:autoSpaceDN w:val="0"/>
        <w:autoSpaceDE w:val="0"/>
        <w:widowControl/>
        <w:spacing w:line="32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4. Continuous Professional Growth </w:t>
      </w:r>
    </w:p>
    <w:p>
      <w:pPr>
        <w:autoSpaceDN w:val="0"/>
        <w:autoSpaceDE w:val="0"/>
        <w:widowControl/>
        <w:spacing w:line="286" w:lineRule="exact" w:before="24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The IT industry is constantly evolving, which means that software engineers must keep learning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and mastering new technologies. This ensures continuous professional and personal </w:t>
      </w:r>
      <w:r>
        <w:br/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development. </w:t>
      </w:r>
    </w:p>
    <w:p>
      <w:pPr>
        <w:autoSpaceDN w:val="0"/>
        <w:autoSpaceDE w:val="0"/>
        <w:widowControl/>
        <w:spacing w:line="322" w:lineRule="exact" w:before="24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5. Working with Cutting-Edge Technologies </w:t>
      </w:r>
    </w:p>
    <w:p>
      <w:pPr>
        <w:autoSpaceDN w:val="0"/>
        <w:autoSpaceDE w:val="0"/>
        <w:widowControl/>
        <w:spacing w:line="286" w:lineRule="exact" w:before="246" w:after="0"/>
        <w:ind w:left="260" w:right="576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Software engineers have the opportunity to work with emerging technologies such as AI,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blockchain, cloud computing, and cybersecurity. These fields are shaping the future of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technology. </w:t>
      </w:r>
    </w:p>
    <w:p>
      <w:pPr>
        <w:autoSpaceDN w:val="0"/>
        <w:autoSpaceDE w:val="0"/>
        <w:widowControl/>
        <w:spacing w:line="32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My Vision for the Future </w:t>
      </w:r>
    </w:p>
    <w:p>
      <w:pPr>
        <w:autoSpaceDN w:val="0"/>
        <w:autoSpaceDE w:val="0"/>
        <w:widowControl/>
        <w:spacing w:line="278" w:lineRule="exact" w:before="258" w:after="0"/>
        <w:ind w:left="260" w:right="288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My main goal in choosing this profession is to contribute to the world of technology. By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improving my programming and IT skills, I aim to develop high-quality software solutions.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Additionally, I want to play a role in the digital transformation of Kazakhstan’s IT industry. </w:t>
      </w:r>
    </w:p>
    <w:p>
      <w:pPr>
        <w:autoSpaceDN w:val="0"/>
        <w:autoSpaceDE w:val="0"/>
        <w:widowControl/>
        <w:spacing w:line="304" w:lineRule="exact" w:before="0" w:after="0"/>
        <w:ind w:left="0" w:right="4502" w:firstLine="0"/>
        <w:jc w:val="righ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3 </w:t>
      </w:r>
    </w:p>
    <w:p>
      <w:pPr>
        <w:sectPr>
          <w:pgSz w:w="11905" w:h="16840"/>
          <w:pgMar w:top="554" w:right="904" w:bottom="96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114"/>
        <w:ind w:left="0" w:right="0"/>
      </w:pPr>
    </w:p>
    <w:p>
      <w:pPr>
        <w:autoSpaceDN w:val="0"/>
        <w:autoSpaceDE w:val="0"/>
        <w:widowControl/>
        <w:spacing w:line="298" w:lineRule="exact" w:before="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At Almaty Technological University (ATU), I am developing my knowledge and practical skills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to become a professional in the field. I plan to: </w:t>
      </w:r>
    </w:p>
    <w:p>
      <w:pPr>
        <w:autoSpaceDN w:val="0"/>
        <w:autoSpaceDE w:val="0"/>
        <w:widowControl/>
        <w:spacing w:line="320" w:lineRule="exact" w:before="234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Gain deep expertise in artificial intelligence and data science. </w:t>
      </w:r>
    </w:p>
    <w:p>
      <w:pPr>
        <w:autoSpaceDN w:val="0"/>
        <w:autoSpaceDE w:val="0"/>
        <w:widowControl/>
        <w:spacing w:line="320" w:lineRule="exact" w:before="236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Develop strong cybersecurity knowledge to help protect digital systems. </w:t>
      </w:r>
    </w:p>
    <w:p>
      <w:pPr>
        <w:autoSpaceDN w:val="0"/>
        <w:autoSpaceDE w:val="0"/>
        <w:widowControl/>
        <w:spacing w:line="320" w:lineRule="exact" w:before="24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Explore entrepreneurship and startups, launching my own IT projects. </w:t>
      </w:r>
    </w:p>
    <w:p>
      <w:pPr>
        <w:autoSpaceDN w:val="0"/>
        <w:autoSpaceDE w:val="0"/>
        <w:widowControl/>
        <w:spacing w:line="320" w:lineRule="exact" w:before="234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Conclusion </w:t>
      </w:r>
    </w:p>
    <w:p>
      <w:pPr>
        <w:autoSpaceDN w:val="0"/>
        <w:autoSpaceDE w:val="0"/>
        <w:widowControl/>
        <w:spacing w:line="286" w:lineRule="exact" w:before="248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Software engineering is the profession of the future. It is a constantly evolving field that requires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continuous learning and adaptation. I am confident in my choice and will strive to enhance my </w:t>
      </w: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skills to achieve great success. </w:t>
      </w:r>
    </w:p>
    <w:p>
      <w:pPr>
        <w:autoSpaceDN w:val="0"/>
        <w:autoSpaceDE w:val="0"/>
        <w:widowControl/>
        <w:spacing w:line="320" w:lineRule="exact" w:before="240" w:after="0"/>
        <w:ind w:left="260" w:right="0" w:firstLine="0"/>
        <w:jc w:val="lef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Software engineering is the key to a technological future! </w:t>
      </w:r>
    </w:p>
    <w:p>
      <w:pPr>
        <w:autoSpaceDN w:val="0"/>
        <w:autoSpaceDE w:val="0"/>
        <w:widowControl/>
        <w:spacing w:line="320" w:lineRule="exact" w:before="9958" w:after="0"/>
        <w:ind w:left="0" w:right="4566" w:firstLine="0"/>
        <w:jc w:val="right"/>
      </w:pPr>
      <w:r>
        <w:rPr>
          <w:spacing w:val="-10"/>
          <w:rFonts w:ascii="TimesNewRomanPSMT" w:hAnsi="TimesNewRomanPSMT" w:eastAsia="TimesNewRomanPSMT"/>
          <w:color w:val="000000"/>
          <w:sz w:val="24"/>
        </w:rPr>
        <w:t xml:space="preserve">4 </w:t>
      </w:r>
    </w:p>
    <w:sectPr w:rsidR="00FC693F" w:rsidRPr="0006063C" w:rsidSect="00034616">
      <w:pgSz w:w="11905" w:h="16840"/>
      <w:pgMar w:top="554" w:right="840" w:bottom="96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