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Ашық сабақ жоспары</w:t>
      </w:r>
    </w:p>
    <w:p>
      <w:r>
        <w:t>Пәні: Қазақ әдебиеті</w:t>
      </w:r>
    </w:p>
    <w:p>
      <w:r>
        <w:t>Тақырыбы: Абай Құнанбайұлының қара сөздері: бүгінгі күнмен үндестігі</w:t>
      </w:r>
    </w:p>
    <w:p>
      <w:pPr>
        <w:pStyle w:val="Heading2"/>
      </w:pPr>
      <w:r>
        <w:t>Сабақтың мақсаты:</w:t>
      </w:r>
    </w:p>
    <w:p>
      <w:r>
        <w:t>- Оқушыларға Абай Құнанбайұлының қара сөздерінің мәні мен мазмұнын түсіндіру;</w:t>
        <w:br/>
        <w:t>- Қара сөздердің бүгінгі күнмен үндестігін талқылау;</w:t>
        <w:br/>
        <w:t>- Оқушылардың сыни ойлау және өз ойын жеткізу қабілеттерін дамыту.</w:t>
      </w:r>
    </w:p>
    <w:p>
      <w:pPr>
        <w:pStyle w:val="Heading2"/>
      </w:pPr>
      <w:r>
        <w:t>Сабақтың міндеттері:</w:t>
      </w:r>
    </w:p>
    <w:p>
      <w:r>
        <w:t>- Қара сөздердің негізгі идеяларын талдау;</w:t>
        <w:br/>
        <w:t>- Қазіргі қоғамдағы мәселелермен байланыстыру;</w:t>
        <w:br/>
        <w:t>- Жеке және топтық жұмысты ұйымдастыру.</w:t>
      </w:r>
    </w:p>
    <w:p>
      <w:pPr>
        <w:pStyle w:val="Heading2"/>
      </w:pPr>
      <w:r>
        <w:t>Күтілетін нәтиже:</w:t>
      </w:r>
    </w:p>
    <w:p>
      <w:r>
        <w:t>- Оқушылар Абай қара сөздерінің мағынасын түсінеді;</w:t>
        <w:br/>
        <w:t>- Қара сөздердің қазіргі өмірмен байланысын анықтайды;</w:t>
        <w:br/>
        <w:t>- Өз көзқарастарын дәлелдей алады.</w:t>
      </w:r>
    </w:p>
    <w:p>
      <w:pPr>
        <w:pStyle w:val="Heading2"/>
      </w:pPr>
      <w:r>
        <w:t>Сабақ барысы:</w:t>
      </w:r>
    </w:p>
    <w:p>
      <w:pPr>
        <w:pStyle w:val="Heading3"/>
      </w:pPr>
      <w:r>
        <w:t>1. Ұйымдастыру кезеңі (5 минут)</w:t>
      </w:r>
    </w:p>
    <w:p>
      <w:r>
        <w:t>- Сәлемдесу;</w:t>
        <w:br/>
        <w:t>- Сабақтың тақырыбы мен мақсатын таныстыру;</w:t>
        <w:br/>
        <w:t>- Оқушылардың назарын сабаққа аудару.</w:t>
      </w:r>
    </w:p>
    <w:p>
      <w:pPr>
        <w:pStyle w:val="Heading3"/>
      </w:pPr>
      <w:r>
        <w:t>2. Жаңа тақырыпты түсіндіру (15 минут)</w:t>
      </w:r>
    </w:p>
    <w:p>
      <w:r>
        <w:t>- Абай Құнанбайұлының қара сөздері туралы жалпы түсінік беру;</w:t>
        <w:br/>
        <w:t>- Негізгі қара сөздерден үзінді оқу (мысалы, 10, 29, 38-қара сөздер);</w:t>
        <w:br/>
        <w:t>- Қара сөздерде көтерілген негізгі мәселелерді түсіндіру.</w:t>
      </w:r>
    </w:p>
    <w:p>
      <w:pPr>
        <w:pStyle w:val="Heading3"/>
      </w:pPr>
      <w:r>
        <w:t>3. Талқылау және талдау (15 минут)</w:t>
      </w:r>
    </w:p>
    <w:p>
      <w:r>
        <w:t>- Оқушыларды топтарға бөлу;</w:t>
        <w:br/>
        <w:t>- Әр топқа қара сөздердің үзінділерін беру;</w:t>
        <w:br/>
        <w:t>- «Бұл ой бүгінгі күнде қалай көрініс табады?» сұрағы бойынша топтық талқылау.</w:t>
      </w:r>
    </w:p>
    <w:p>
      <w:pPr>
        <w:pStyle w:val="Heading3"/>
      </w:pPr>
      <w:r>
        <w:t>4. Практикалық жұмыс (10 минут)</w:t>
      </w:r>
    </w:p>
    <w:p>
      <w:r>
        <w:t>- Оқушыларға қара сөздер негізінде эссе немесе пікір жазу тапсырмасы;</w:t>
        <w:br/>
        <w:t>- Мысал: «Абайдың қара сөздері мен қазіргі қоғам».</w:t>
      </w:r>
    </w:p>
    <w:p>
      <w:pPr>
        <w:pStyle w:val="Heading3"/>
      </w:pPr>
      <w:r>
        <w:t>5. Қорытындылау (5 минут)</w:t>
      </w:r>
    </w:p>
    <w:p>
      <w:r>
        <w:t>- Топтардың жұмыстары бойынша пікір алмасу;</w:t>
        <w:br/>
        <w:t>- Сабақтың негізгі ойларын жинақтау;</w:t>
        <w:br/>
        <w:t>- Үй тапсырмасын беру: қара сөздерді оқып, өз ойыңды жазу.</w:t>
      </w:r>
    </w:p>
    <w:p>
      <w:pPr>
        <w:pStyle w:val="Heading2"/>
      </w:pPr>
      <w:r>
        <w:t>Үй тапсырмасы:</w:t>
      </w:r>
    </w:p>
    <w:p>
      <w:r>
        <w:t>Абай Құнанбайұлының қара сөздерінің бірін таңдап, оның бүгінгі күнмен байланысы туралы шағын эссе жазу.</w:t>
      </w:r>
    </w:p>
    <w:p>
      <w:pPr>
        <w:pStyle w:val="Heading2"/>
      </w:pPr>
      <w:r>
        <w:t>Сабақтың әдістері:</w:t>
      </w:r>
    </w:p>
    <w:p>
      <w:r>
        <w:t>- Сұрақ-жауап;</w:t>
        <w:br/>
        <w:t>- Топтық жұмыс;</w:t>
        <w:br/>
        <w:t>- Дискуссия;</w:t>
        <w:br/>
        <w:t>- Эссе жазу.</w:t>
      </w:r>
    </w:p>
    <w:p>
      <w:pPr>
        <w:pStyle w:val="Heading2"/>
      </w:pPr>
      <w:r>
        <w:t>Пайдаланылған әдебиеттер:</w:t>
      </w:r>
    </w:p>
    <w:p>
      <w:r>
        <w:t>1. Абай Құнанбайұлы. Қара сөздер жинағы.</w:t>
        <w:br/>
        <w:t>2. Қазақ әдебиеті оқулығы.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